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6396A" w14:textId="77777777" w:rsidR="00174101" w:rsidRDefault="00F5082C">
      <w:pPr>
        <w:pBdr>
          <w:top w:val="nil"/>
          <w:left w:val="nil"/>
          <w:bottom w:val="nil"/>
          <w:right w:val="nil"/>
        </w:pBdr>
      </w:pPr>
      <w:r>
        <w:rPr>
          <w:b/>
        </w:rPr>
        <w:t>IPSEOA «Elena Cornaro» – Jesolo</w:t>
      </w:r>
    </w:p>
    <w:p w14:paraId="5C6582A7" w14:textId="77777777" w:rsidR="00174101" w:rsidRDefault="00F5082C">
      <w:pPr>
        <w:pStyle w:val="Titolo"/>
        <w:pBdr>
          <w:top w:val="nil"/>
          <w:left w:val="nil"/>
          <w:bottom w:val="nil"/>
          <w:right w:val="nil"/>
        </w:pBdr>
        <w:spacing w:after="160"/>
      </w:pPr>
      <w:r>
        <w:rPr>
          <w:color w:val="000000"/>
          <w:sz w:val="36"/>
        </w:rPr>
        <w:t>Scheda individuale di monitoraggio del potenziamento</w:t>
      </w:r>
    </w:p>
    <w:p w14:paraId="3D523721" w14:textId="77777777" w:rsidR="00174101" w:rsidRDefault="00F5082C">
      <w:pPr>
        <w:pBdr>
          <w:top w:val="nil"/>
          <w:left w:val="nil"/>
          <w:bottom w:val="nil"/>
          <w:right w:val="nil"/>
        </w:pBdr>
      </w:pPr>
      <w:r>
        <w:t>Anno scolastico 2026/2027</w:t>
      </w:r>
    </w:p>
    <w:p w14:paraId="1619CD80" w14:textId="77777777" w:rsidR="00174101" w:rsidRDefault="00F5082C">
      <w:pPr>
        <w:pBdr>
          <w:top w:val="nil"/>
          <w:left w:val="nil"/>
          <w:bottom w:val="nil"/>
          <w:right w:val="nil"/>
        </w:pBdr>
      </w:pPr>
      <w:r>
        <w:t>Docente: ____________________________________________________</w:t>
      </w:r>
    </w:p>
    <w:p w14:paraId="76ED592D" w14:textId="77777777" w:rsidR="00174101" w:rsidRDefault="00F5082C">
      <w:pPr>
        <w:pBdr>
          <w:top w:val="nil"/>
          <w:left w:val="nil"/>
          <w:bottom w:val="nil"/>
          <w:right w:val="nil"/>
        </w:pBdr>
      </w:pPr>
      <w:r>
        <w:t>Mese e anno: _________________________________________________</w:t>
      </w:r>
    </w:p>
    <w:p w14:paraId="0A82FD99" w14:textId="77777777" w:rsidR="00174101" w:rsidRDefault="00F5082C">
      <w:pPr>
        <w:pBdr>
          <w:top w:val="nil"/>
          <w:left w:val="nil"/>
          <w:bottom w:val="nil"/>
          <w:right w:val="nil"/>
        </w:pBdr>
      </w:pPr>
      <w:r>
        <w:rPr>
          <w:sz w:val="20"/>
        </w:rPr>
        <w:t>Compilare una riga per ciascuna tipologia di attività svolta nel mese, utilizzando le registrazioni e i materiali già disponibili. Riportare le supplenze in una riga distinta.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008"/>
        <w:gridCol w:w="1944"/>
        <w:gridCol w:w="5040"/>
      </w:tblGrid>
      <w:tr w:rsidR="00174101" w14:paraId="22209590" w14:textId="77777777">
        <w:trPr>
          <w:trHeight w:val="576"/>
          <w:jc w:val="center"/>
        </w:trPr>
        <w:tc>
          <w:tcPr>
            <w:tcW w:w="237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7EBEE"/>
            <w:vAlign w:val="center"/>
          </w:tcPr>
          <w:p w14:paraId="5E479FEF" w14:textId="77777777" w:rsidR="00174101" w:rsidRDefault="00F5082C">
            <w:pPr>
              <w:spacing w:before="60" w:after="60"/>
            </w:pPr>
            <w:r>
              <w:rPr>
                <w:b/>
                <w:sz w:val="20"/>
              </w:rPr>
              <w:t>Attività prevista dal Piano</w:t>
            </w:r>
          </w:p>
        </w:tc>
        <w:tc>
          <w:tcPr>
            <w:tcW w:w="10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7EBEE"/>
            <w:vAlign w:val="center"/>
          </w:tcPr>
          <w:p w14:paraId="7CCF8D5B" w14:textId="77777777" w:rsidR="00174101" w:rsidRDefault="00F5082C">
            <w:pPr>
              <w:spacing w:before="60" w:after="60"/>
            </w:pPr>
            <w:r>
              <w:rPr>
                <w:b/>
                <w:sz w:val="20"/>
              </w:rPr>
              <w:t>Ore svolte</w:t>
            </w:r>
          </w:p>
        </w:tc>
        <w:tc>
          <w:tcPr>
            <w:tcW w:w="194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7EBEE"/>
            <w:vAlign w:val="center"/>
          </w:tcPr>
          <w:p w14:paraId="416ECDBA" w14:textId="77777777" w:rsidR="00174101" w:rsidRDefault="00F5082C">
            <w:pPr>
              <w:spacing w:before="60" w:after="60"/>
            </w:pPr>
            <w:r>
              <w:rPr>
                <w:b/>
                <w:sz w:val="20"/>
              </w:rPr>
              <w:t>Classi o gruppi coinvolti</w:t>
            </w:r>
          </w:p>
        </w:tc>
        <w:tc>
          <w:tcPr>
            <w:tcW w:w="504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E7EBEE"/>
            <w:vAlign w:val="center"/>
          </w:tcPr>
          <w:p w14:paraId="52D7212D" w14:textId="77777777" w:rsidR="00174101" w:rsidRDefault="00F5082C">
            <w:pPr>
              <w:spacing w:before="60" w:after="60"/>
            </w:pPr>
            <w:r>
              <w:rPr>
                <w:b/>
                <w:sz w:val="20"/>
              </w:rPr>
              <w:t>Sintesi del lavoro e risultati raggiunti</w:t>
            </w:r>
          </w:p>
        </w:tc>
      </w:tr>
      <w:tr w:rsidR="00174101" w14:paraId="63B4A0F9" w14:textId="77777777">
        <w:trPr>
          <w:trHeight w:val="1008"/>
          <w:jc w:val="center"/>
        </w:trPr>
        <w:tc>
          <w:tcPr>
            <w:tcW w:w="237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57168376" w14:textId="77777777" w:rsidR="00174101" w:rsidRDefault="00174101">
            <w:pPr>
              <w:spacing w:before="60" w:after="60"/>
            </w:pPr>
          </w:p>
        </w:tc>
        <w:tc>
          <w:tcPr>
            <w:tcW w:w="10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15BE3104" w14:textId="77777777" w:rsidR="00174101" w:rsidRDefault="00174101">
            <w:pPr>
              <w:spacing w:before="60" w:after="60"/>
            </w:pPr>
          </w:p>
        </w:tc>
        <w:tc>
          <w:tcPr>
            <w:tcW w:w="194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3C6B368D" w14:textId="77777777" w:rsidR="00174101" w:rsidRDefault="00174101">
            <w:pPr>
              <w:spacing w:before="60" w:after="60"/>
            </w:pPr>
          </w:p>
        </w:tc>
        <w:tc>
          <w:tcPr>
            <w:tcW w:w="504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78189FBA" w14:textId="77777777" w:rsidR="00174101" w:rsidRDefault="00174101">
            <w:pPr>
              <w:spacing w:before="60" w:after="60"/>
            </w:pPr>
          </w:p>
        </w:tc>
      </w:tr>
      <w:tr w:rsidR="00174101" w14:paraId="78C17FDE" w14:textId="77777777">
        <w:trPr>
          <w:trHeight w:val="1008"/>
          <w:jc w:val="center"/>
        </w:trPr>
        <w:tc>
          <w:tcPr>
            <w:tcW w:w="237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23905AC8" w14:textId="77777777" w:rsidR="00174101" w:rsidRDefault="00174101">
            <w:pPr>
              <w:spacing w:before="60" w:after="60"/>
            </w:pPr>
          </w:p>
        </w:tc>
        <w:tc>
          <w:tcPr>
            <w:tcW w:w="10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73F77AD4" w14:textId="77777777" w:rsidR="00174101" w:rsidRDefault="00174101">
            <w:pPr>
              <w:spacing w:before="60" w:after="60"/>
            </w:pPr>
          </w:p>
        </w:tc>
        <w:tc>
          <w:tcPr>
            <w:tcW w:w="194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782FFE7D" w14:textId="77777777" w:rsidR="00174101" w:rsidRDefault="00174101">
            <w:pPr>
              <w:spacing w:before="60" w:after="60"/>
            </w:pPr>
          </w:p>
        </w:tc>
        <w:tc>
          <w:tcPr>
            <w:tcW w:w="504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6442FBC4" w14:textId="77777777" w:rsidR="00174101" w:rsidRDefault="00174101">
            <w:pPr>
              <w:spacing w:before="60" w:after="60"/>
            </w:pPr>
          </w:p>
        </w:tc>
      </w:tr>
      <w:tr w:rsidR="00174101" w14:paraId="22527770" w14:textId="77777777">
        <w:trPr>
          <w:trHeight w:val="1008"/>
          <w:jc w:val="center"/>
        </w:trPr>
        <w:tc>
          <w:tcPr>
            <w:tcW w:w="237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3253568B" w14:textId="77777777" w:rsidR="00174101" w:rsidRDefault="00174101">
            <w:pPr>
              <w:spacing w:before="60" w:after="60"/>
            </w:pPr>
          </w:p>
        </w:tc>
        <w:tc>
          <w:tcPr>
            <w:tcW w:w="10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422BE5BE" w14:textId="77777777" w:rsidR="00174101" w:rsidRDefault="00174101">
            <w:pPr>
              <w:spacing w:before="60" w:after="60"/>
            </w:pPr>
          </w:p>
        </w:tc>
        <w:tc>
          <w:tcPr>
            <w:tcW w:w="194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29197C4C" w14:textId="77777777" w:rsidR="00174101" w:rsidRDefault="00174101">
            <w:pPr>
              <w:spacing w:before="60" w:after="60"/>
            </w:pPr>
          </w:p>
        </w:tc>
        <w:tc>
          <w:tcPr>
            <w:tcW w:w="504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51C23405" w14:textId="77777777" w:rsidR="00174101" w:rsidRDefault="00174101">
            <w:pPr>
              <w:spacing w:before="60" w:after="60"/>
            </w:pPr>
          </w:p>
        </w:tc>
      </w:tr>
      <w:tr w:rsidR="00174101" w14:paraId="4F0CD82C" w14:textId="77777777">
        <w:trPr>
          <w:trHeight w:val="1008"/>
          <w:jc w:val="center"/>
        </w:trPr>
        <w:tc>
          <w:tcPr>
            <w:tcW w:w="237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50BCD270" w14:textId="77777777" w:rsidR="00174101" w:rsidRDefault="00174101">
            <w:pPr>
              <w:spacing w:before="60" w:after="60"/>
            </w:pPr>
          </w:p>
        </w:tc>
        <w:tc>
          <w:tcPr>
            <w:tcW w:w="10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76E1E8DA" w14:textId="77777777" w:rsidR="00174101" w:rsidRDefault="00174101">
            <w:pPr>
              <w:spacing w:before="60" w:after="60"/>
            </w:pPr>
          </w:p>
        </w:tc>
        <w:tc>
          <w:tcPr>
            <w:tcW w:w="194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53AEEF0D" w14:textId="77777777" w:rsidR="00174101" w:rsidRDefault="00174101">
            <w:pPr>
              <w:spacing w:before="60" w:after="60"/>
            </w:pPr>
          </w:p>
        </w:tc>
        <w:tc>
          <w:tcPr>
            <w:tcW w:w="504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7915A94D" w14:textId="77777777" w:rsidR="00174101" w:rsidRDefault="00174101">
            <w:pPr>
              <w:spacing w:before="60" w:after="60"/>
            </w:pPr>
          </w:p>
        </w:tc>
      </w:tr>
      <w:tr w:rsidR="00174101" w14:paraId="36EE3163" w14:textId="77777777">
        <w:trPr>
          <w:trHeight w:val="576"/>
          <w:jc w:val="center"/>
        </w:trPr>
        <w:tc>
          <w:tcPr>
            <w:tcW w:w="237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3ACDEAB9" w14:textId="77777777" w:rsidR="00174101" w:rsidRDefault="00F5082C">
            <w:r>
              <w:t>Totale ore</w:t>
            </w:r>
          </w:p>
        </w:tc>
        <w:tc>
          <w:tcPr>
            <w:tcW w:w="10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08B293C7" w14:textId="77777777" w:rsidR="00174101" w:rsidRDefault="00174101">
            <w:pPr>
              <w:spacing w:before="60" w:after="60"/>
            </w:pPr>
          </w:p>
        </w:tc>
        <w:tc>
          <w:tcPr>
            <w:tcW w:w="194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45DBE13B" w14:textId="77777777" w:rsidR="00174101" w:rsidRDefault="00174101">
            <w:pPr>
              <w:spacing w:before="60" w:after="60"/>
            </w:pPr>
          </w:p>
        </w:tc>
        <w:tc>
          <w:tcPr>
            <w:tcW w:w="504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vAlign w:val="center"/>
          </w:tcPr>
          <w:p w14:paraId="1F5C6728" w14:textId="77777777" w:rsidR="00174101" w:rsidRDefault="00174101">
            <w:pPr>
              <w:spacing w:before="60" w:after="60"/>
            </w:pPr>
          </w:p>
        </w:tc>
      </w:tr>
    </w:tbl>
    <w:p w14:paraId="6AE98438" w14:textId="77777777" w:rsidR="00174101" w:rsidRDefault="00F5082C">
      <w:pPr>
        <w:pBdr>
          <w:top w:val="nil"/>
          <w:left w:val="nil"/>
          <w:bottom w:val="nil"/>
          <w:right w:val="nil"/>
        </w:pBdr>
        <w:spacing w:before="140"/>
      </w:pPr>
      <w:r>
        <w:rPr>
          <w:sz w:val="20"/>
        </w:rPr>
        <w:t>Per gli incarichi organizzativi e progettuali, indicare nell’ultima colonna i compiti svolti e lo stato di avanzamento.</w:t>
      </w:r>
    </w:p>
    <w:p w14:paraId="1B824FB5" w14:textId="77777777" w:rsidR="00174101" w:rsidRDefault="00F5082C">
      <w:pPr>
        <w:pBdr>
          <w:top w:val="nil"/>
          <w:left w:val="nil"/>
          <w:bottom w:val="nil"/>
          <w:right w:val="nil"/>
        </w:pBdr>
      </w:pPr>
      <w:r>
        <w:rPr>
          <w:b/>
        </w:rPr>
        <w:t>Materiali o prodotti realizzati e relativo riferimento</w:t>
      </w:r>
    </w:p>
    <w:p w14:paraId="713893DD" w14:textId="77777777" w:rsidR="00174101" w:rsidRDefault="00F5082C">
      <w:pPr>
        <w:pBdr>
          <w:top w:val="nil"/>
          <w:left w:val="nil"/>
          <w:bottom w:val="nil"/>
          <w:right w:val="nil"/>
        </w:pBdr>
      </w:pPr>
      <w:r>
        <w:t>______________________________________________________________________</w:t>
      </w:r>
    </w:p>
    <w:p w14:paraId="228D7F92" w14:textId="77777777" w:rsidR="00174101" w:rsidRDefault="00F5082C">
      <w:pPr>
        <w:pBdr>
          <w:top w:val="nil"/>
          <w:left w:val="nil"/>
          <w:bottom w:val="nil"/>
          <w:right w:val="nil"/>
        </w:pBdr>
      </w:pPr>
      <w:r>
        <w:rPr>
          <w:b/>
        </w:rPr>
        <w:t>Eventuali criticità e proposte di adeguamento</w:t>
      </w:r>
    </w:p>
    <w:p w14:paraId="2963C84D" w14:textId="77777777" w:rsidR="00174101" w:rsidRDefault="00F5082C">
      <w:pPr>
        <w:pBdr>
          <w:top w:val="nil"/>
          <w:left w:val="nil"/>
          <w:bottom w:val="nil"/>
          <w:right w:val="nil"/>
        </w:pBdr>
      </w:pPr>
      <w:r>
        <w:t>______________________________________________________________________</w:t>
      </w:r>
    </w:p>
    <w:p w14:paraId="7407F7A7" w14:textId="77777777" w:rsidR="00174101" w:rsidRDefault="00F5082C">
      <w:pPr>
        <w:pBdr>
          <w:top w:val="nil"/>
          <w:left w:val="nil"/>
          <w:bottom w:val="nil"/>
          <w:right w:val="nil"/>
        </w:pBdr>
      </w:pPr>
      <w:r>
        <w:t>Data di compilazione: ____________________</w:t>
      </w:r>
    </w:p>
    <w:sectPr w:rsidR="00174101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101"/>
    <w:rsid w:val="0029639D"/>
    <w:rsid w:val="00326F90"/>
    <w:rsid w:val="005557AA"/>
    <w:rsid w:val="00AA1D8D"/>
    <w:rsid w:val="00B47730"/>
    <w:rsid w:val="00CB0664"/>
    <w:rsid w:val="00F508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111EAC"/>
  <w14:defaultImageDpi w14:val="300"/>
  <w15:docId w15:val="{33FAF6C0-E651-4973-A514-7500D02C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marina tulino</cp:lastModifiedBy>
  <cp:revision>2</cp:revision>
  <dcterms:created xsi:type="dcterms:W3CDTF">2026-10-29T12:55:00Z</dcterms:created>
  <dcterms:modified xsi:type="dcterms:W3CDTF">2026-10-29T12:55:00Z</dcterms:modified>
  <cp:category/>
</cp:coreProperties>
</file>