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932989" w14:textId="63F7ADCB" w:rsidR="00092ED9" w:rsidRPr="00B75DEB" w:rsidRDefault="00343F3B" w:rsidP="00F37DF4">
      <w:pPr>
        <w:jc w:val="center"/>
        <w:rPr>
          <w:rFonts w:ascii="Verdana" w:hAnsi="Verdana"/>
          <w:b/>
          <w:bCs/>
          <w:sz w:val="24"/>
          <w:szCs w:val="24"/>
          <w:lang w:val="it-IT"/>
        </w:rPr>
      </w:pPr>
      <w:r w:rsidRPr="00B75DEB">
        <w:rPr>
          <w:rFonts w:ascii="Verdana" w:hAnsi="Verdana"/>
          <w:b/>
          <w:bCs/>
          <w:sz w:val="24"/>
          <w:szCs w:val="24"/>
          <w:lang w:val="it-IT"/>
        </w:rPr>
        <w:t>MODELLO DI CANDIDATURA PER L’ASSEGNAZIONE DI SPEZZONI ORARI</w:t>
      </w:r>
    </w:p>
    <w:p w14:paraId="2FD31F30" w14:textId="77777777" w:rsidR="00216C22" w:rsidRPr="00B75DEB" w:rsidRDefault="00216C22" w:rsidP="00F37DF4">
      <w:pPr>
        <w:jc w:val="center"/>
        <w:rPr>
          <w:rFonts w:ascii="Verdana" w:hAnsi="Verdana"/>
          <w:b/>
          <w:bCs/>
          <w:sz w:val="24"/>
          <w:szCs w:val="24"/>
          <w:lang w:val="it-IT"/>
        </w:rPr>
      </w:pPr>
    </w:p>
    <w:p w14:paraId="7F2C2A48" w14:textId="77777777" w:rsidR="00092ED9" w:rsidRPr="00B75DEB" w:rsidRDefault="00343F3B" w:rsidP="00216C22">
      <w:pPr>
        <w:spacing w:line="360" w:lineRule="auto"/>
        <w:ind w:left="6663"/>
        <w:rPr>
          <w:rFonts w:ascii="Verdana" w:hAnsi="Verdana"/>
          <w:sz w:val="20"/>
          <w:szCs w:val="20"/>
          <w:lang w:val="it-IT"/>
        </w:rPr>
      </w:pPr>
      <w:r w:rsidRPr="00B75DEB">
        <w:rPr>
          <w:rFonts w:ascii="Verdana" w:hAnsi="Verdana"/>
          <w:sz w:val="20"/>
          <w:szCs w:val="20"/>
          <w:lang w:val="it-IT"/>
        </w:rPr>
        <w:t>Al Dirigente Scolastico</w:t>
      </w:r>
      <w:r w:rsidRPr="00B75DEB">
        <w:rPr>
          <w:rFonts w:ascii="Verdana" w:hAnsi="Verdana"/>
          <w:sz w:val="20"/>
          <w:szCs w:val="20"/>
          <w:lang w:val="it-IT"/>
        </w:rPr>
        <w:br/>
        <w:t>IPSEOA “Elena Cornaro” – Jesolo</w:t>
      </w:r>
    </w:p>
    <w:p w14:paraId="5C5F0FA7" w14:textId="5359A162" w:rsidR="00092ED9" w:rsidRPr="00B75DEB" w:rsidRDefault="00343F3B" w:rsidP="00F37DF4">
      <w:pPr>
        <w:jc w:val="both"/>
        <w:rPr>
          <w:rFonts w:ascii="Verdana" w:hAnsi="Verdana"/>
          <w:sz w:val="20"/>
          <w:szCs w:val="20"/>
          <w:lang w:val="it-IT"/>
        </w:rPr>
      </w:pPr>
      <w:r w:rsidRPr="00B75DEB">
        <w:rPr>
          <w:lang w:val="it-IT"/>
        </w:rPr>
        <w:br/>
      </w:r>
      <w:r w:rsidRPr="00B75DEB">
        <w:rPr>
          <w:rFonts w:ascii="Verdana" w:hAnsi="Verdana"/>
          <w:sz w:val="20"/>
          <w:szCs w:val="20"/>
          <w:lang w:val="it-IT"/>
        </w:rPr>
        <w:t xml:space="preserve">Il/La sottoscritto/a </w:t>
      </w:r>
      <w:r w:rsidR="00F37DF4" w:rsidRPr="00B75DEB">
        <w:rPr>
          <w:rFonts w:ascii="Verdana" w:hAnsi="Verdana"/>
          <w:sz w:val="20"/>
          <w:szCs w:val="20"/>
          <w:lang w:val="it-IT"/>
        </w:rPr>
        <w:t>____________________</w:t>
      </w:r>
      <w:r w:rsidRPr="00B75DEB">
        <w:rPr>
          <w:rFonts w:ascii="Verdana" w:hAnsi="Verdana"/>
          <w:sz w:val="20"/>
          <w:szCs w:val="20"/>
          <w:lang w:val="it-IT"/>
        </w:rPr>
        <w:t>____________________________________________</w:t>
      </w:r>
      <w:r w:rsidRPr="00B75DEB">
        <w:rPr>
          <w:rFonts w:ascii="Verdana" w:hAnsi="Verdana"/>
          <w:sz w:val="20"/>
          <w:szCs w:val="20"/>
          <w:lang w:val="it-IT"/>
        </w:rPr>
        <w:br/>
        <w:t xml:space="preserve">nato/a </w:t>
      </w:r>
      <w:r w:rsidR="00F37DF4" w:rsidRPr="00B75DEB">
        <w:rPr>
          <w:rFonts w:ascii="Verdana" w:hAnsi="Verdana"/>
          <w:sz w:val="20"/>
          <w:szCs w:val="20"/>
          <w:lang w:val="it-IT"/>
        </w:rPr>
        <w:t>____________________</w:t>
      </w:r>
      <w:r w:rsidRPr="00B75DEB">
        <w:rPr>
          <w:rFonts w:ascii="Verdana" w:hAnsi="Verdana"/>
          <w:sz w:val="20"/>
          <w:szCs w:val="20"/>
          <w:lang w:val="it-IT"/>
        </w:rPr>
        <w:t>a __________________________ il _________________________</w:t>
      </w:r>
      <w:r w:rsidRPr="00B75DEB">
        <w:rPr>
          <w:rFonts w:ascii="Verdana" w:hAnsi="Verdana"/>
          <w:sz w:val="20"/>
          <w:szCs w:val="20"/>
          <w:lang w:val="it-IT"/>
        </w:rPr>
        <w:br/>
        <w:t>residente</w:t>
      </w:r>
      <w:r w:rsidR="00F37DF4" w:rsidRPr="00B75DEB">
        <w:rPr>
          <w:rFonts w:ascii="Verdana" w:hAnsi="Verdana"/>
          <w:sz w:val="20"/>
          <w:szCs w:val="20"/>
          <w:lang w:val="it-IT"/>
        </w:rPr>
        <w:t xml:space="preserve"> </w:t>
      </w:r>
      <w:r w:rsidRPr="00B75DEB">
        <w:rPr>
          <w:rFonts w:ascii="Verdana" w:hAnsi="Verdana"/>
          <w:sz w:val="20"/>
          <w:szCs w:val="20"/>
          <w:lang w:val="it-IT"/>
        </w:rPr>
        <w:t xml:space="preserve">a </w:t>
      </w:r>
      <w:r w:rsidR="00F37DF4" w:rsidRPr="00B75DEB">
        <w:rPr>
          <w:rFonts w:ascii="Verdana" w:hAnsi="Verdana"/>
          <w:sz w:val="20"/>
          <w:szCs w:val="20"/>
          <w:lang w:val="it-IT"/>
        </w:rPr>
        <w:t>____________________</w:t>
      </w:r>
      <w:r w:rsidRPr="00B75DEB">
        <w:rPr>
          <w:rFonts w:ascii="Verdana" w:hAnsi="Verdana"/>
          <w:sz w:val="20"/>
          <w:szCs w:val="20"/>
          <w:lang w:val="it-IT"/>
        </w:rPr>
        <w:t>__________________________________________________</w:t>
      </w:r>
      <w:r w:rsidRPr="00B75DEB">
        <w:rPr>
          <w:rFonts w:ascii="Verdana" w:hAnsi="Verdana"/>
          <w:sz w:val="20"/>
          <w:szCs w:val="20"/>
          <w:lang w:val="it-IT"/>
        </w:rPr>
        <w:br/>
        <w:t>in servizio presso questo Istituto in qualità di docente di _</w:t>
      </w:r>
      <w:r w:rsidR="00F37DF4" w:rsidRPr="00B75DEB">
        <w:rPr>
          <w:rFonts w:ascii="Verdana" w:hAnsi="Verdana"/>
          <w:sz w:val="20"/>
          <w:szCs w:val="20"/>
          <w:lang w:val="it-IT"/>
        </w:rPr>
        <w:t>____________</w:t>
      </w:r>
      <w:r w:rsidRPr="00B75DEB">
        <w:rPr>
          <w:rFonts w:ascii="Verdana" w:hAnsi="Verdana"/>
          <w:sz w:val="20"/>
          <w:szCs w:val="20"/>
          <w:lang w:val="it-IT"/>
        </w:rPr>
        <w:t>___________________</w:t>
      </w:r>
      <w:r w:rsidRPr="00B75DEB">
        <w:rPr>
          <w:rFonts w:ascii="Verdana" w:hAnsi="Verdana"/>
          <w:sz w:val="20"/>
          <w:szCs w:val="20"/>
          <w:lang w:val="it-IT"/>
        </w:rPr>
        <w:br/>
        <w:t>con contratto a tempo [indeterminato / determinato],</w:t>
      </w:r>
    </w:p>
    <w:p w14:paraId="45E8717A" w14:textId="77777777" w:rsidR="00092ED9" w:rsidRPr="00B75DEB" w:rsidRDefault="00343F3B" w:rsidP="00F37DF4">
      <w:pPr>
        <w:jc w:val="center"/>
        <w:rPr>
          <w:rFonts w:ascii="Verdana" w:hAnsi="Verdana"/>
          <w:b/>
          <w:bCs/>
          <w:sz w:val="24"/>
          <w:szCs w:val="24"/>
          <w:lang w:val="it-IT"/>
        </w:rPr>
      </w:pPr>
      <w:r w:rsidRPr="00B75DEB">
        <w:rPr>
          <w:rFonts w:ascii="Verdana" w:hAnsi="Verdana"/>
          <w:b/>
          <w:bCs/>
          <w:sz w:val="24"/>
          <w:szCs w:val="24"/>
          <w:lang w:val="it-IT"/>
        </w:rPr>
        <w:t>CHIEDE</w:t>
      </w:r>
    </w:p>
    <w:p w14:paraId="0156402C" w14:textId="2EC65821" w:rsidR="00092ED9" w:rsidRPr="00B75DEB" w:rsidRDefault="00343F3B" w:rsidP="00F37DF4">
      <w:pPr>
        <w:rPr>
          <w:rFonts w:ascii="Verdana" w:hAnsi="Verdana"/>
          <w:lang w:val="it-IT"/>
        </w:rPr>
      </w:pPr>
      <w:r w:rsidRPr="00B75DEB">
        <w:rPr>
          <w:rFonts w:ascii="Verdana" w:hAnsi="Verdana"/>
          <w:lang w:val="it-IT"/>
        </w:rPr>
        <w:t>di poter accettare, ai sensi della normativa vigente, l’assegnazione dello spezzone orario disponibile di:</w:t>
      </w:r>
      <w:r w:rsidRPr="00B75DEB">
        <w:rPr>
          <w:rFonts w:ascii="Verdana" w:hAnsi="Verdana"/>
          <w:lang w:val="it-IT"/>
        </w:rPr>
        <w:br/>
        <w:t>- Classe di concorso: _______________________________________</w:t>
      </w:r>
      <w:r w:rsidRPr="00B75DEB">
        <w:rPr>
          <w:rFonts w:ascii="Verdana" w:hAnsi="Verdana"/>
          <w:lang w:val="it-IT"/>
        </w:rPr>
        <w:br/>
        <w:t>- Numero ore: _____________________________________________</w:t>
      </w:r>
      <w:r w:rsidRPr="00B75DEB">
        <w:rPr>
          <w:rFonts w:ascii="Verdana" w:hAnsi="Verdana"/>
          <w:lang w:val="it-IT"/>
        </w:rPr>
        <w:br/>
        <w:t>- Corso (diurno/serale): _____________________________________</w:t>
      </w:r>
    </w:p>
    <w:p w14:paraId="64E88C35" w14:textId="77777777" w:rsidR="00092ED9" w:rsidRPr="00B75DEB" w:rsidRDefault="00343F3B" w:rsidP="00B14E4A">
      <w:pPr>
        <w:jc w:val="center"/>
        <w:rPr>
          <w:rFonts w:ascii="Verdana" w:hAnsi="Verdana"/>
          <w:b/>
          <w:bCs/>
          <w:sz w:val="24"/>
          <w:szCs w:val="24"/>
          <w:lang w:val="it-IT"/>
        </w:rPr>
      </w:pPr>
      <w:r w:rsidRPr="00B75DEB">
        <w:rPr>
          <w:rFonts w:ascii="Verdana" w:hAnsi="Verdana"/>
          <w:b/>
          <w:bCs/>
          <w:sz w:val="24"/>
          <w:szCs w:val="24"/>
          <w:lang w:val="it-IT"/>
        </w:rPr>
        <w:t>DICHIARA</w:t>
      </w:r>
    </w:p>
    <w:p w14:paraId="6490C38E" w14:textId="77777777" w:rsidR="00B75DEB" w:rsidRDefault="00343F3B" w:rsidP="00F37DF4">
      <w:pPr>
        <w:jc w:val="both"/>
        <w:rPr>
          <w:rFonts w:ascii="Verdana" w:hAnsi="Verdana"/>
          <w:lang w:val="it-IT"/>
        </w:rPr>
      </w:pPr>
      <w:r w:rsidRPr="00B75DEB">
        <w:rPr>
          <w:rFonts w:ascii="Segoe UI Symbol" w:hAnsi="Segoe UI Symbol" w:cs="Segoe UI Symbol"/>
          <w:lang w:val="it-IT"/>
        </w:rPr>
        <w:t>☐</w:t>
      </w:r>
      <w:r w:rsidRPr="00B75DEB">
        <w:rPr>
          <w:rFonts w:ascii="Verdana" w:hAnsi="Verdana"/>
          <w:lang w:val="it-IT"/>
        </w:rPr>
        <w:t xml:space="preserve"> di essere in possesso della specifica abilitazione per l’insegnamento della disciplina;</w:t>
      </w:r>
    </w:p>
    <w:p w14:paraId="10CF9783" w14:textId="06F44892" w:rsidR="00B75DEB" w:rsidRDefault="00343F3B" w:rsidP="00F37DF4">
      <w:pPr>
        <w:jc w:val="both"/>
        <w:rPr>
          <w:rFonts w:ascii="Verdana" w:hAnsi="Verdana"/>
          <w:lang w:val="it-IT"/>
        </w:rPr>
      </w:pPr>
      <w:r w:rsidRPr="00B75DEB">
        <w:rPr>
          <w:rFonts w:ascii="Verdana" w:hAnsi="Verdana"/>
          <w:lang w:val="it-IT"/>
        </w:rPr>
        <w:br/>
      </w:r>
      <w:r w:rsidRPr="00B75DEB">
        <w:rPr>
          <w:rFonts w:ascii="Segoe UI Symbol" w:hAnsi="Segoe UI Symbol" w:cs="Segoe UI Symbol"/>
          <w:lang w:val="it-IT"/>
        </w:rPr>
        <w:t>☐</w:t>
      </w:r>
      <w:r w:rsidRPr="00B75DEB">
        <w:rPr>
          <w:rFonts w:ascii="Verdana" w:hAnsi="Verdana"/>
          <w:lang w:val="it-IT"/>
        </w:rPr>
        <w:t xml:space="preserve"> di avere titolo al completamento dell</w:t>
      </w:r>
      <w:r w:rsidRPr="00B75DEB">
        <w:rPr>
          <w:rFonts w:ascii="Verdana" w:hAnsi="Verdana" w:cs="Verdana"/>
          <w:lang w:val="it-IT"/>
        </w:rPr>
        <w:t>’</w:t>
      </w:r>
      <w:r w:rsidRPr="00B75DEB">
        <w:rPr>
          <w:rFonts w:ascii="Verdana" w:hAnsi="Verdana"/>
          <w:lang w:val="it-IT"/>
        </w:rPr>
        <w:t>orario di servizio (in caso di contratto a tempo determinato);</w:t>
      </w:r>
    </w:p>
    <w:p w14:paraId="7C1F3FAF" w14:textId="677B0DA3" w:rsidR="00B75DEB" w:rsidRDefault="00343F3B" w:rsidP="00F37DF4">
      <w:pPr>
        <w:jc w:val="both"/>
        <w:rPr>
          <w:rFonts w:ascii="Verdana" w:hAnsi="Verdana"/>
          <w:lang w:val="it-IT"/>
        </w:rPr>
      </w:pPr>
      <w:r w:rsidRPr="00B75DEB">
        <w:rPr>
          <w:rFonts w:ascii="Verdana" w:hAnsi="Verdana"/>
          <w:lang w:val="it-IT"/>
        </w:rPr>
        <w:br/>
      </w:r>
      <w:r w:rsidRPr="00B75DEB">
        <w:rPr>
          <w:rFonts w:ascii="Segoe UI Symbol" w:hAnsi="Segoe UI Symbol" w:cs="Segoe UI Symbol"/>
          <w:lang w:val="it-IT"/>
        </w:rPr>
        <w:t>☐</w:t>
      </w:r>
      <w:r w:rsidRPr="00B75DEB">
        <w:rPr>
          <w:rFonts w:ascii="Verdana" w:hAnsi="Verdana"/>
          <w:lang w:val="it-IT"/>
        </w:rPr>
        <w:t xml:space="preserve"> di essere disponibile ad assumere l’incarico nel rispetto delle condizioni previste dalla normativa vigente </w:t>
      </w:r>
    </w:p>
    <w:p w14:paraId="4EB5B507" w14:textId="2BEEA343" w:rsidR="00B75DEB" w:rsidRDefault="00B75DEB" w:rsidP="00F37DF4">
      <w:pPr>
        <w:jc w:val="both"/>
        <w:rPr>
          <w:rFonts w:ascii="Verdana" w:hAnsi="Verdana"/>
          <w:lang w:val="it-IT"/>
        </w:rPr>
      </w:pPr>
    </w:p>
    <w:p w14:paraId="5EFCE63C" w14:textId="1DCE4857" w:rsidR="00B75DEB" w:rsidRDefault="00B75DEB" w:rsidP="00B75DE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lang w:val="it-IT" w:eastAsia="it-IT"/>
        </w:rPr>
      </w:pPr>
    </w:p>
    <w:p w14:paraId="0DB9F532" w14:textId="77777777" w:rsidR="009B2615" w:rsidRPr="00B75DEB" w:rsidRDefault="009B2615" w:rsidP="00B75DE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lang w:val="it-IT" w:eastAsia="it-IT"/>
        </w:rPr>
      </w:pPr>
    </w:p>
    <w:p w14:paraId="7CFA1362" w14:textId="77777777" w:rsidR="00B75DEB" w:rsidRPr="00B75DEB" w:rsidRDefault="00B75DEB" w:rsidP="00F37DF4">
      <w:pPr>
        <w:jc w:val="both"/>
        <w:rPr>
          <w:rFonts w:ascii="Verdana" w:hAnsi="Verdana"/>
          <w:lang w:val="it-IT"/>
        </w:rPr>
      </w:pPr>
    </w:p>
    <w:p w14:paraId="692A58E4" w14:textId="32002C7F" w:rsidR="00092ED9" w:rsidRDefault="00343F3B" w:rsidP="00F37DF4">
      <w:pPr>
        <w:jc w:val="both"/>
        <w:rPr>
          <w:rFonts w:ascii="Verdana" w:hAnsi="Verdana"/>
          <w:b/>
          <w:bCs/>
          <w:lang w:val="it-IT"/>
        </w:rPr>
      </w:pPr>
      <w:r w:rsidRPr="00B75DEB">
        <w:rPr>
          <w:rFonts w:ascii="Verdana" w:hAnsi="Verdana"/>
          <w:b/>
          <w:bCs/>
          <w:lang w:val="it-IT"/>
        </w:rPr>
        <w:lastRenderedPageBreak/>
        <w:t>Ai fini dell’assegnazione dichiara inoltre la propria posizione rispetto alle PRIORITÀ:</w:t>
      </w:r>
    </w:p>
    <w:p w14:paraId="0929850B" w14:textId="77777777" w:rsidR="009B2615" w:rsidRPr="00591F65" w:rsidRDefault="009B2615" w:rsidP="009B2615">
      <w:pPr>
        <w:numPr>
          <w:ilvl w:val="0"/>
          <w:numId w:val="10"/>
        </w:numPr>
        <w:tabs>
          <w:tab w:val="clear" w:pos="360"/>
          <w:tab w:val="num" w:pos="786"/>
        </w:tabs>
        <w:spacing w:before="100" w:beforeAutospacing="1" w:after="100" w:afterAutospacing="1" w:line="240" w:lineRule="auto"/>
        <w:ind w:left="786"/>
        <w:rPr>
          <w:rFonts w:ascii="Verdana" w:eastAsia="Times New Roman" w:hAnsi="Verdana" w:cs="Times New Roman"/>
          <w:color w:val="000000"/>
          <w:lang w:eastAsia="it-IT"/>
        </w:rPr>
      </w:pPr>
      <w:proofErr w:type="spellStart"/>
      <w:r w:rsidRPr="00591F65">
        <w:rPr>
          <w:rFonts w:ascii="Verdana" w:eastAsia="Times New Roman" w:hAnsi="Verdana" w:cs="Times New Roman"/>
          <w:b/>
          <w:bCs/>
          <w:color w:val="000000"/>
          <w:lang w:eastAsia="it-IT"/>
        </w:rPr>
        <w:t>Precedenza</w:t>
      </w:r>
      <w:proofErr w:type="spellEnd"/>
      <w:r w:rsidRPr="00591F65">
        <w:rPr>
          <w:rFonts w:ascii="Verdana" w:eastAsia="Times New Roman" w:hAnsi="Verdana" w:cs="Times New Roman"/>
          <w:b/>
          <w:bCs/>
          <w:color w:val="000000"/>
          <w:lang w:eastAsia="it-IT"/>
        </w:rPr>
        <w:t xml:space="preserve"> assoluta</w:t>
      </w:r>
    </w:p>
    <w:p w14:paraId="69033EAB" w14:textId="77777777" w:rsidR="009B2615" w:rsidRDefault="009B2615" w:rsidP="009B2615">
      <w:pPr>
        <w:pStyle w:val="Paragrafoelenco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lang w:val="it-IT" w:eastAsia="it-IT"/>
        </w:rPr>
      </w:pPr>
      <w:r w:rsidRPr="00B75DEB">
        <w:rPr>
          <w:rFonts w:ascii="Segoe UI Symbol" w:hAnsi="Segoe UI Symbol" w:cs="Segoe UI Symbol"/>
          <w:lang w:val="it-IT"/>
        </w:rPr>
        <w:t>☐</w:t>
      </w:r>
      <w:r w:rsidRPr="00B75DEB">
        <w:rPr>
          <w:rFonts w:ascii="Verdana" w:hAnsi="Verdana"/>
          <w:lang w:val="it-IT"/>
        </w:rPr>
        <w:t xml:space="preserve"> </w:t>
      </w:r>
      <w:r>
        <w:rPr>
          <w:rFonts w:ascii="Verdana" w:eastAsia="Times New Roman" w:hAnsi="Verdana" w:cs="Times New Roman"/>
          <w:color w:val="000000"/>
          <w:lang w:val="it-IT" w:eastAsia="it-IT"/>
        </w:rPr>
        <w:t>Docente</w:t>
      </w:r>
      <w:r w:rsidRPr="004B6AE6">
        <w:rPr>
          <w:rFonts w:ascii="Verdana" w:eastAsia="Times New Roman" w:hAnsi="Verdana" w:cs="Times New Roman"/>
          <w:color w:val="000000"/>
          <w:lang w:val="it-IT" w:eastAsia="it-IT"/>
        </w:rPr>
        <w:t xml:space="preserve"> a tempo indeterminato titolar</w:t>
      </w:r>
      <w:r>
        <w:rPr>
          <w:rFonts w:ascii="Verdana" w:eastAsia="Times New Roman" w:hAnsi="Verdana" w:cs="Times New Roman"/>
          <w:color w:val="000000"/>
          <w:lang w:val="it-IT" w:eastAsia="it-IT"/>
        </w:rPr>
        <w:t>e</w:t>
      </w:r>
      <w:r w:rsidRPr="004B6AE6">
        <w:rPr>
          <w:rFonts w:ascii="Verdana" w:eastAsia="Times New Roman" w:hAnsi="Verdana" w:cs="Times New Roman"/>
          <w:color w:val="000000"/>
          <w:lang w:val="it-IT" w:eastAsia="it-IT"/>
        </w:rPr>
        <w:t xml:space="preserve"> nell’Istituto con orario cattedra inferiore alle 18 ore settimanali</w:t>
      </w:r>
      <w:r>
        <w:rPr>
          <w:rFonts w:ascii="Verdana" w:eastAsia="Times New Roman" w:hAnsi="Verdana" w:cs="Times New Roman"/>
          <w:color w:val="000000"/>
          <w:lang w:val="it-IT" w:eastAsia="it-IT"/>
        </w:rPr>
        <w:t>.</w:t>
      </w:r>
    </w:p>
    <w:p w14:paraId="4ADA765D" w14:textId="77777777" w:rsidR="009B2615" w:rsidRDefault="009B2615" w:rsidP="009B2615">
      <w:pPr>
        <w:pStyle w:val="Paragrafoelenco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lang w:val="it-IT" w:eastAsia="it-IT"/>
        </w:rPr>
      </w:pPr>
    </w:p>
    <w:p w14:paraId="22788B19" w14:textId="3BEC81BA" w:rsidR="009B2615" w:rsidRDefault="009B2615" w:rsidP="009B2615">
      <w:pPr>
        <w:pStyle w:val="Paragrafoelenco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lang w:val="it-IT" w:eastAsia="it-IT"/>
        </w:rPr>
      </w:pPr>
      <w:r w:rsidRPr="009B2615">
        <w:rPr>
          <w:rFonts w:ascii="Verdana" w:eastAsia="Times New Roman" w:hAnsi="Verdana" w:cs="Times New Roman"/>
          <w:b/>
          <w:bCs/>
          <w:color w:val="000000"/>
          <w:lang w:val="it-IT" w:eastAsia="it-IT"/>
        </w:rPr>
        <w:t>Completamento orario a tempo determinato</w:t>
      </w:r>
    </w:p>
    <w:p w14:paraId="7B398852" w14:textId="77777777" w:rsidR="009B2615" w:rsidRPr="009B2615" w:rsidRDefault="009B2615" w:rsidP="009B2615">
      <w:pPr>
        <w:pStyle w:val="Paragrafoelenco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lang w:val="it-IT" w:eastAsia="it-IT"/>
        </w:rPr>
      </w:pPr>
    </w:p>
    <w:p w14:paraId="23FAC477" w14:textId="77777777" w:rsidR="009B2615" w:rsidRDefault="009B2615" w:rsidP="009B2615">
      <w:pPr>
        <w:pStyle w:val="Paragrafoelenco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lang w:val="it-IT" w:eastAsia="it-IT"/>
        </w:rPr>
      </w:pPr>
      <w:r w:rsidRPr="00B75DEB">
        <w:rPr>
          <w:rFonts w:ascii="Segoe UI Symbol" w:hAnsi="Segoe UI Symbol" w:cs="Segoe UI Symbol"/>
          <w:lang w:val="it-IT"/>
        </w:rPr>
        <w:t>☐</w:t>
      </w:r>
      <w:r w:rsidRPr="00B75DEB">
        <w:rPr>
          <w:rFonts w:ascii="Verdana" w:hAnsi="Verdana"/>
          <w:lang w:val="it-IT"/>
        </w:rPr>
        <w:t xml:space="preserve"> </w:t>
      </w:r>
      <w:r>
        <w:rPr>
          <w:rFonts w:ascii="Verdana" w:eastAsia="Times New Roman" w:hAnsi="Verdana" w:cs="Times New Roman"/>
          <w:color w:val="000000"/>
          <w:lang w:val="it-IT" w:eastAsia="it-IT"/>
        </w:rPr>
        <w:t>Docente</w:t>
      </w:r>
      <w:r w:rsidRPr="004B6AE6">
        <w:rPr>
          <w:rFonts w:ascii="Verdana" w:eastAsia="Times New Roman" w:hAnsi="Verdana" w:cs="Times New Roman"/>
          <w:color w:val="000000"/>
          <w:lang w:val="it-IT" w:eastAsia="it-IT"/>
        </w:rPr>
        <w:t xml:space="preserve"> a tempo determinato già in servizio nell’Istituto con incarico annuale o </w:t>
      </w:r>
      <w:r w:rsidRPr="009B2615">
        <w:rPr>
          <w:rFonts w:ascii="Verdana" w:eastAsia="Times New Roman" w:hAnsi="Verdana" w:cs="Times New Roman"/>
          <w:color w:val="000000"/>
          <w:lang w:val="it-IT" w:eastAsia="it-IT"/>
        </w:rPr>
        <w:t>fino</w:t>
      </w:r>
      <w:r w:rsidRPr="004B6AE6">
        <w:rPr>
          <w:rFonts w:ascii="Verdana" w:eastAsia="Times New Roman" w:hAnsi="Verdana" w:cs="Times New Roman"/>
          <w:color w:val="000000"/>
          <w:lang w:val="it-IT" w:eastAsia="it-IT"/>
        </w:rPr>
        <w:t xml:space="preserve"> al termine delle attività didattiche, con orario inferiore alle 18 ore settimanali, </w:t>
      </w:r>
    </w:p>
    <w:p w14:paraId="1E7CC11B" w14:textId="77777777" w:rsidR="009B2615" w:rsidRDefault="009B2615" w:rsidP="009B2615">
      <w:pPr>
        <w:pStyle w:val="Paragrafoelenco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lang w:eastAsia="it-IT"/>
        </w:rPr>
      </w:pPr>
    </w:p>
    <w:p w14:paraId="2A03164E" w14:textId="4B43D13B" w:rsidR="009B2615" w:rsidRDefault="009B2615" w:rsidP="009B2615">
      <w:pPr>
        <w:pStyle w:val="Paragrafoelenco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lang w:val="it-IT" w:eastAsia="it-IT"/>
        </w:rPr>
      </w:pPr>
      <w:r w:rsidRPr="009B2615">
        <w:rPr>
          <w:rFonts w:ascii="Verdana" w:eastAsia="Times New Roman" w:hAnsi="Verdana" w:cs="Times New Roman"/>
          <w:b/>
          <w:bCs/>
          <w:color w:val="000000"/>
          <w:lang w:val="it-IT" w:eastAsia="it-IT"/>
        </w:rPr>
        <w:t>Anzianità di servizio</w:t>
      </w:r>
    </w:p>
    <w:p w14:paraId="03BEA77E" w14:textId="77777777" w:rsidR="009B2615" w:rsidRPr="009B2615" w:rsidRDefault="009B2615" w:rsidP="009B2615">
      <w:pPr>
        <w:pStyle w:val="Paragrafoelenco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lang w:val="it-IT" w:eastAsia="it-IT"/>
        </w:rPr>
      </w:pPr>
    </w:p>
    <w:p w14:paraId="5615BC0E" w14:textId="77777777" w:rsidR="009B2615" w:rsidRDefault="009B2615" w:rsidP="009B2615">
      <w:pPr>
        <w:pStyle w:val="Paragrafoelenco"/>
        <w:spacing w:before="100" w:beforeAutospacing="1" w:after="100" w:afterAutospacing="1" w:line="240" w:lineRule="auto"/>
        <w:rPr>
          <w:rFonts w:ascii="Verdana" w:hAnsi="Verdana"/>
          <w:lang w:val="it-IT"/>
        </w:rPr>
      </w:pPr>
      <w:r w:rsidRPr="00B75DEB">
        <w:rPr>
          <w:rFonts w:ascii="Segoe UI Symbol" w:hAnsi="Segoe UI Symbol" w:cs="Segoe UI Symbol"/>
          <w:lang w:val="it-IT"/>
        </w:rPr>
        <w:t>☐</w:t>
      </w:r>
      <w:r w:rsidRPr="00B75DEB">
        <w:rPr>
          <w:rFonts w:ascii="Verdana" w:hAnsi="Verdana"/>
          <w:lang w:val="it-IT"/>
        </w:rPr>
        <w:t xml:space="preserve"> </w:t>
      </w:r>
      <w:r>
        <w:rPr>
          <w:rFonts w:ascii="Verdana" w:hAnsi="Verdana"/>
          <w:lang w:val="it-IT"/>
        </w:rPr>
        <w:t>Anzianità di servizio nella scuola statale pari ad anni:</w:t>
      </w:r>
    </w:p>
    <w:p w14:paraId="1DC0D18D" w14:textId="583396E5" w:rsidR="009B2615" w:rsidRPr="009B2615" w:rsidRDefault="009B2615" w:rsidP="009B2615">
      <w:pPr>
        <w:pStyle w:val="Paragrafoelenco"/>
        <w:spacing w:before="100" w:beforeAutospacing="1" w:after="100" w:afterAutospacing="1" w:line="240" w:lineRule="auto"/>
        <w:rPr>
          <w:rFonts w:ascii="Verdana" w:hAnsi="Verdana" w:cs="Segoe UI Symbol"/>
          <w:lang w:val="it-IT"/>
        </w:rPr>
      </w:pPr>
      <w:proofErr w:type="spellStart"/>
      <w:proofErr w:type="gramStart"/>
      <w:r w:rsidRPr="009B2615">
        <w:rPr>
          <w:rFonts w:ascii="Verdana" w:hAnsi="Verdana" w:cs="Segoe UI Symbol"/>
          <w:b/>
          <w:bCs/>
          <w:lang w:val="it-IT"/>
        </w:rPr>
        <w:t>pre</w:t>
      </w:r>
      <w:proofErr w:type="spellEnd"/>
      <w:r w:rsidRPr="009B2615">
        <w:rPr>
          <w:rFonts w:ascii="Verdana" w:hAnsi="Verdana" w:cs="Segoe UI Symbol"/>
          <w:b/>
          <w:bCs/>
          <w:lang w:val="it-IT"/>
        </w:rPr>
        <w:t xml:space="preserve"> ruolo</w:t>
      </w:r>
      <w:proofErr w:type="gramEnd"/>
      <w:r w:rsidRPr="009B2615">
        <w:rPr>
          <w:rFonts w:ascii="Verdana" w:hAnsi="Verdana" w:cs="Segoe UI Symbol"/>
          <w:lang w:val="it-IT"/>
        </w:rPr>
        <w:t xml:space="preserve"> </w:t>
      </w:r>
      <w:r w:rsidRPr="009B2615">
        <w:rPr>
          <w:rFonts w:ascii="Verdana" w:hAnsi="Verdana"/>
          <w:lang w:val="it-IT"/>
        </w:rPr>
        <w:t>______________</w:t>
      </w:r>
    </w:p>
    <w:p w14:paraId="2B970496" w14:textId="17B7FDC0" w:rsidR="009B2615" w:rsidRPr="009B2615" w:rsidRDefault="009B2615" w:rsidP="009B2615">
      <w:pPr>
        <w:pStyle w:val="Paragrafoelenco"/>
        <w:spacing w:before="100" w:beforeAutospacing="1" w:after="100" w:afterAutospacing="1" w:line="240" w:lineRule="auto"/>
        <w:rPr>
          <w:rFonts w:ascii="Verdana" w:hAnsi="Verdana" w:cs="Segoe UI Symbol"/>
          <w:lang w:val="it-IT"/>
        </w:rPr>
      </w:pPr>
      <w:r w:rsidRPr="009B2615">
        <w:rPr>
          <w:rStyle w:val="Enfasigrassetto"/>
          <w:rFonts w:ascii="Verdana" w:hAnsi="Verdana"/>
          <w:color w:val="000000"/>
          <w:lang w:val="it-IT"/>
        </w:rPr>
        <w:t xml:space="preserve">ruolo </w:t>
      </w:r>
      <w:r w:rsidRPr="009B2615">
        <w:rPr>
          <w:rFonts w:ascii="Verdana" w:hAnsi="Verdana"/>
          <w:lang w:val="it-IT"/>
        </w:rPr>
        <w:t>_____________</w:t>
      </w:r>
      <w:r>
        <w:rPr>
          <w:rFonts w:ascii="Verdana" w:hAnsi="Verdana"/>
          <w:lang w:val="it-IT"/>
        </w:rPr>
        <w:t>___</w:t>
      </w:r>
      <w:r w:rsidRPr="009B2615">
        <w:rPr>
          <w:rFonts w:ascii="Verdana" w:hAnsi="Verdana"/>
          <w:lang w:val="it-IT"/>
        </w:rPr>
        <w:t>_</w:t>
      </w:r>
    </w:p>
    <w:p w14:paraId="21196785" w14:textId="5B97BA3E" w:rsidR="009B2615" w:rsidRPr="009B2615" w:rsidRDefault="009B2615" w:rsidP="009B2615">
      <w:pPr>
        <w:pStyle w:val="Paragrafoelenco"/>
        <w:spacing w:before="100" w:beforeAutospacing="1" w:after="100" w:afterAutospacing="1" w:line="240" w:lineRule="auto"/>
        <w:rPr>
          <w:rStyle w:val="Enfasigrassetto"/>
          <w:rFonts w:ascii="Verdana" w:hAnsi="Verdana"/>
          <w:color w:val="000000"/>
          <w:lang w:val="it-IT"/>
        </w:rPr>
      </w:pPr>
    </w:p>
    <w:p w14:paraId="4466408E" w14:textId="0933BE55" w:rsidR="009B2615" w:rsidRPr="009B2615" w:rsidRDefault="009B2615" w:rsidP="009B2615">
      <w:pPr>
        <w:pStyle w:val="Paragrafoelenco"/>
        <w:spacing w:before="100" w:beforeAutospacing="1" w:after="100" w:afterAutospacing="1" w:line="240" w:lineRule="auto"/>
        <w:rPr>
          <w:rStyle w:val="Enfasigrassetto"/>
          <w:rFonts w:ascii="Verdana" w:hAnsi="Verdana"/>
          <w:color w:val="000000"/>
          <w:lang w:val="it-IT"/>
        </w:rPr>
      </w:pPr>
      <w:r w:rsidRPr="009B2615">
        <w:rPr>
          <w:rStyle w:val="Enfasigrassetto"/>
          <w:rFonts w:ascii="Verdana" w:hAnsi="Verdana"/>
          <w:color w:val="000000"/>
          <w:lang w:val="it-IT"/>
        </w:rPr>
        <w:t xml:space="preserve">Esperienza pregressa </w:t>
      </w:r>
    </w:p>
    <w:p w14:paraId="21C7646D" w14:textId="0F00AB8B" w:rsidR="009B2615" w:rsidRPr="004B6AE6" w:rsidRDefault="009B2615" w:rsidP="009B2615">
      <w:pPr>
        <w:pStyle w:val="NormaleWeb"/>
        <w:ind w:left="720"/>
        <w:rPr>
          <w:rFonts w:ascii="Verdana" w:hAnsi="Verdana"/>
          <w:b/>
          <w:bCs/>
          <w:color w:val="000000"/>
          <w:sz w:val="22"/>
          <w:szCs w:val="22"/>
        </w:rPr>
      </w:pPr>
      <w:r w:rsidRPr="00B75DEB">
        <w:rPr>
          <w:rFonts w:ascii="Segoe UI Symbol" w:hAnsi="Segoe UI Symbol" w:cs="Segoe UI Symbol"/>
        </w:rPr>
        <w:t>☐</w:t>
      </w:r>
      <w:r w:rsidRPr="00B75DEB">
        <w:rPr>
          <w:rFonts w:ascii="Verdana" w:hAnsi="Verdana"/>
        </w:rPr>
        <w:t xml:space="preserve"> </w:t>
      </w:r>
      <w:r>
        <w:rPr>
          <w:rStyle w:val="Enfasigrassetto"/>
          <w:rFonts w:ascii="Verdana" w:hAnsi="Verdana"/>
          <w:b w:val="0"/>
          <w:bCs w:val="0"/>
          <w:color w:val="000000"/>
          <w:sz w:val="22"/>
          <w:szCs w:val="22"/>
        </w:rPr>
        <w:t xml:space="preserve">Di avere documentata </w:t>
      </w:r>
      <w:r w:rsidRPr="004B6AE6">
        <w:rPr>
          <w:rStyle w:val="Enfasigrassetto"/>
          <w:rFonts w:ascii="Verdana" w:hAnsi="Verdana"/>
          <w:b w:val="0"/>
          <w:bCs w:val="0"/>
          <w:color w:val="000000"/>
          <w:sz w:val="22"/>
          <w:szCs w:val="22"/>
        </w:rPr>
        <w:t xml:space="preserve">esperienza di insegnamento presso corsi </w:t>
      </w:r>
      <w:r>
        <w:rPr>
          <w:rStyle w:val="Enfasigrassetto"/>
          <w:rFonts w:ascii="Verdana" w:hAnsi="Verdana"/>
          <w:b w:val="0"/>
          <w:bCs w:val="0"/>
          <w:color w:val="000000"/>
          <w:sz w:val="22"/>
          <w:szCs w:val="22"/>
        </w:rPr>
        <w:t>serali pari ad anni ____________________________</w:t>
      </w:r>
    </w:p>
    <w:p w14:paraId="4BB7D9DB" w14:textId="672D789A" w:rsidR="009B2615" w:rsidRDefault="009B2615" w:rsidP="00F37DF4">
      <w:pPr>
        <w:jc w:val="both"/>
        <w:rPr>
          <w:rFonts w:ascii="Verdana" w:hAnsi="Verdana"/>
          <w:b/>
          <w:bCs/>
          <w:lang w:val="it-IT"/>
        </w:rPr>
      </w:pPr>
    </w:p>
    <w:p w14:paraId="65ECEFC5" w14:textId="77777777" w:rsidR="009B2615" w:rsidRPr="00B75DEB" w:rsidRDefault="009B2615" w:rsidP="00F37DF4">
      <w:pPr>
        <w:jc w:val="both"/>
        <w:rPr>
          <w:rFonts w:ascii="Verdana" w:hAnsi="Verdana"/>
          <w:b/>
          <w:bCs/>
          <w:lang w:val="it-IT"/>
        </w:rPr>
      </w:pPr>
    </w:p>
    <w:p w14:paraId="71B83F61" w14:textId="11AC6DED" w:rsidR="00F37DF4" w:rsidRDefault="00343F3B" w:rsidP="00F37DF4">
      <w:pPr>
        <w:rPr>
          <w:rFonts w:ascii="Verdana" w:hAnsi="Verdana"/>
        </w:rPr>
      </w:pPr>
      <w:proofErr w:type="spellStart"/>
      <w:r w:rsidRPr="00F37DF4">
        <w:rPr>
          <w:rFonts w:ascii="Verdana" w:hAnsi="Verdana"/>
        </w:rPr>
        <w:t>Jesolo</w:t>
      </w:r>
      <w:proofErr w:type="spellEnd"/>
      <w:r w:rsidRPr="00F37DF4">
        <w:rPr>
          <w:rFonts w:ascii="Verdana" w:hAnsi="Verdana"/>
        </w:rPr>
        <w:t xml:space="preserve">, </w:t>
      </w:r>
      <w:r w:rsidR="00CC680A">
        <w:rPr>
          <w:rFonts w:ascii="Verdana" w:hAnsi="Verdana"/>
        </w:rPr>
        <w:t xml:space="preserve">________ </w:t>
      </w:r>
      <w:proofErr w:type="spellStart"/>
      <w:r w:rsidR="00CC680A">
        <w:rPr>
          <w:rFonts w:ascii="Verdana" w:hAnsi="Verdana"/>
        </w:rPr>
        <w:t>settembre</w:t>
      </w:r>
      <w:proofErr w:type="spellEnd"/>
      <w:r w:rsidR="00CC680A">
        <w:rPr>
          <w:rFonts w:ascii="Verdana" w:hAnsi="Verdana"/>
        </w:rPr>
        <w:t xml:space="preserve"> 2026</w:t>
      </w:r>
    </w:p>
    <w:p w14:paraId="3E954556" w14:textId="16C96F93" w:rsidR="009B2615" w:rsidRDefault="009B2615" w:rsidP="009B2615">
      <w:pPr>
        <w:jc w:val="center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   </w:t>
      </w:r>
      <w:proofErr w:type="spellStart"/>
      <w:r w:rsidR="00343F3B" w:rsidRPr="00F37DF4">
        <w:rPr>
          <w:rFonts w:ascii="Verdana" w:hAnsi="Verdana"/>
        </w:rPr>
        <w:t>Firma</w:t>
      </w:r>
      <w:proofErr w:type="spellEnd"/>
      <w:r w:rsidR="00343F3B" w:rsidRPr="00F37DF4">
        <w:rPr>
          <w:rFonts w:ascii="Verdana" w:hAnsi="Verdana"/>
        </w:rPr>
        <w:t xml:space="preserve"> del </w:t>
      </w:r>
      <w:proofErr w:type="spellStart"/>
      <w:r w:rsidR="00343F3B" w:rsidRPr="00F37DF4">
        <w:rPr>
          <w:rFonts w:ascii="Verdana" w:hAnsi="Verdana"/>
        </w:rPr>
        <w:t>docente</w:t>
      </w:r>
      <w:proofErr w:type="spellEnd"/>
    </w:p>
    <w:p w14:paraId="3916BFD8" w14:textId="4124DF3F" w:rsidR="00092ED9" w:rsidRPr="00F37DF4" w:rsidRDefault="00343F3B" w:rsidP="009B2615">
      <w:pPr>
        <w:jc w:val="right"/>
        <w:rPr>
          <w:rFonts w:ascii="Verdana" w:hAnsi="Verdana"/>
        </w:rPr>
      </w:pPr>
      <w:r w:rsidRPr="00F37DF4">
        <w:rPr>
          <w:rFonts w:ascii="Verdana" w:hAnsi="Verdana"/>
        </w:rPr>
        <w:br/>
        <w:t>______________________________</w:t>
      </w:r>
    </w:p>
    <w:sectPr w:rsidR="00092ED9" w:rsidRPr="00F37DF4" w:rsidSect="00F37DF4">
      <w:headerReference w:type="default" r:id="rId8"/>
      <w:pgSz w:w="12240" w:h="15840"/>
      <w:pgMar w:top="2400" w:right="1183" w:bottom="1440" w:left="851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DDB983" w14:textId="77777777" w:rsidR="00543E30" w:rsidRDefault="00543E30" w:rsidP="00F37DF4">
      <w:pPr>
        <w:spacing w:after="0" w:line="240" w:lineRule="auto"/>
      </w:pPr>
      <w:r>
        <w:separator/>
      </w:r>
    </w:p>
  </w:endnote>
  <w:endnote w:type="continuationSeparator" w:id="0">
    <w:p w14:paraId="27D2AE77" w14:textId="77777777" w:rsidR="00543E30" w:rsidRDefault="00543E30" w:rsidP="00F37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AA680B" w14:textId="77777777" w:rsidR="00543E30" w:rsidRDefault="00543E30" w:rsidP="00F37DF4">
      <w:pPr>
        <w:spacing w:after="0" w:line="240" w:lineRule="auto"/>
      </w:pPr>
      <w:r>
        <w:separator/>
      </w:r>
    </w:p>
  </w:footnote>
  <w:footnote w:type="continuationSeparator" w:id="0">
    <w:p w14:paraId="4344A5F8" w14:textId="77777777" w:rsidR="00543E30" w:rsidRDefault="00543E30" w:rsidP="00F37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032" w:type="dxa"/>
      <w:jc w:val="center"/>
      <w:tblLayout w:type="fixed"/>
      <w:tblLook w:val="00A0" w:firstRow="1" w:lastRow="0" w:firstColumn="1" w:lastColumn="0" w:noHBand="0" w:noVBand="0"/>
    </w:tblPr>
    <w:tblGrid>
      <w:gridCol w:w="1443"/>
      <w:gridCol w:w="7146"/>
      <w:gridCol w:w="1443"/>
    </w:tblGrid>
    <w:tr w:rsidR="00F37DF4" w:rsidRPr="00780C29" w14:paraId="6CF7FCDE" w14:textId="77777777" w:rsidTr="00F37DF4">
      <w:trPr>
        <w:trHeight w:val="1575"/>
        <w:jc w:val="center"/>
      </w:trPr>
      <w:tc>
        <w:tcPr>
          <w:tcW w:w="1443" w:type="dxa"/>
        </w:tcPr>
        <w:p w14:paraId="39037352" w14:textId="77777777" w:rsidR="00F37DF4" w:rsidRPr="00780C29" w:rsidRDefault="00F37DF4" w:rsidP="00F37DF4">
          <w:pPr>
            <w:pStyle w:val="Intestazione"/>
            <w:ind w:left="-108"/>
            <w:jc w:val="both"/>
          </w:pPr>
          <w:r>
            <w:rPr>
              <w:noProof/>
              <w:lang w:eastAsia="it-IT"/>
            </w:rPr>
            <w:drawing>
              <wp:inline distT="0" distB="0" distL="0" distR="0" wp14:anchorId="00ACD128" wp14:editId="00E08C6E">
                <wp:extent cx="714661" cy="826233"/>
                <wp:effectExtent l="0" t="0" r="9525" b="0"/>
                <wp:docPr id="55" name="Immagine 55" descr="S:\SERVIZIO\Logo-Cornaro-201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S:\SERVIZIO\Logo-Cornaro-2015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815" cy="8333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46" w:type="dxa"/>
        </w:tcPr>
        <w:p w14:paraId="546BE828" w14:textId="77777777" w:rsidR="00F37DF4" w:rsidRPr="00B75DEB" w:rsidRDefault="00F37DF4" w:rsidP="00F37DF4">
          <w:pPr>
            <w:widowControl w:val="0"/>
            <w:autoSpaceDE w:val="0"/>
            <w:autoSpaceDN w:val="0"/>
            <w:adjustRightInd w:val="0"/>
            <w:spacing w:after="0"/>
            <w:ind w:left="-108" w:right="-108"/>
            <w:jc w:val="center"/>
            <w:rPr>
              <w:rFonts w:cstheme="minorHAnsi"/>
              <w:color w:val="000000"/>
              <w:lang w:val="it-IT"/>
            </w:rPr>
          </w:pPr>
          <w:r w:rsidRPr="00B75DEB">
            <w:rPr>
              <w:rFonts w:cstheme="minorHAnsi"/>
              <w:b/>
              <w:color w:val="365F91" w:themeColor="accent1" w:themeShade="BF"/>
              <w:spacing w:val="-2"/>
              <w:lang w:val="it-IT"/>
            </w:rPr>
            <w:t>I</w:t>
          </w:r>
          <w:r w:rsidRPr="00B75DEB">
            <w:rPr>
              <w:rFonts w:cstheme="minorHAnsi"/>
              <w:color w:val="000000"/>
              <w:spacing w:val="-2"/>
              <w:sz w:val="16"/>
              <w:szCs w:val="16"/>
              <w:lang w:val="it-IT"/>
            </w:rPr>
            <w:t>STITUTO</w:t>
          </w:r>
          <w:r w:rsidRPr="00B75DEB">
            <w:rPr>
              <w:rFonts w:cstheme="minorHAnsi"/>
              <w:color w:val="000000"/>
              <w:spacing w:val="-2"/>
              <w:lang w:val="it-IT"/>
            </w:rPr>
            <w:t xml:space="preserve"> </w:t>
          </w:r>
          <w:r w:rsidRPr="00B75DEB">
            <w:rPr>
              <w:rFonts w:cstheme="minorHAnsi"/>
              <w:b/>
              <w:color w:val="365F91" w:themeColor="accent1" w:themeShade="BF"/>
              <w:spacing w:val="-2"/>
              <w:lang w:val="it-IT"/>
            </w:rPr>
            <w:t>P</w:t>
          </w:r>
          <w:r w:rsidRPr="00B75DEB">
            <w:rPr>
              <w:rFonts w:cstheme="minorHAnsi"/>
              <w:color w:val="000000"/>
              <w:spacing w:val="-2"/>
              <w:sz w:val="16"/>
              <w:szCs w:val="16"/>
              <w:lang w:val="it-IT"/>
            </w:rPr>
            <w:t>ROFESSIONALE</w:t>
          </w:r>
          <w:r w:rsidRPr="00B75DEB">
            <w:rPr>
              <w:rFonts w:cstheme="minorHAnsi"/>
              <w:color w:val="000000"/>
              <w:spacing w:val="-2"/>
              <w:lang w:val="it-IT"/>
            </w:rPr>
            <w:t xml:space="preserve"> </w:t>
          </w:r>
          <w:r w:rsidRPr="00B75DEB">
            <w:rPr>
              <w:rFonts w:cstheme="minorHAnsi"/>
              <w:color w:val="000000"/>
              <w:spacing w:val="-2"/>
              <w:sz w:val="16"/>
              <w:szCs w:val="16"/>
              <w:lang w:val="it-IT"/>
            </w:rPr>
            <w:t>DI</w:t>
          </w:r>
          <w:r w:rsidRPr="00B75DEB">
            <w:rPr>
              <w:rFonts w:cstheme="minorHAnsi"/>
              <w:color w:val="000000"/>
              <w:spacing w:val="-2"/>
              <w:lang w:val="it-IT"/>
            </w:rPr>
            <w:t xml:space="preserve"> </w:t>
          </w:r>
          <w:r w:rsidRPr="00B75DEB">
            <w:rPr>
              <w:rFonts w:cstheme="minorHAnsi"/>
              <w:b/>
              <w:color w:val="365F91" w:themeColor="accent1" w:themeShade="BF"/>
              <w:spacing w:val="-2"/>
              <w:lang w:val="it-IT"/>
            </w:rPr>
            <w:t>S</w:t>
          </w:r>
          <w:r w:rsidRPr="00B75DEB">
            <w:rPr>
              <w:rFonts w:cstheme="minorHAnsi"/>
              <w:color w:val="000000"/>
              <w:spacing w:val="-2"/>
              <w:sz w:val="16"/>
              <w:szCs w:val="16"/>
              <w:lang w:val="it-IT"/>
            </w:rPr>
            <w:t>TATO</w:t>
          </w:r>
          <w:r w:rsidRPr="00B75DEB">
            <w:rPr>
              <w:rFonts w:cstheme="minorHAnsi"/>
              <w:color w:val="000000"/>
              <w:spacing w:val="-2"/>
              <w:lang w:val="it-IT"/>
            </w:rPr>
            <w:t xml:space="preserve"> </w:t>
          </w:r>
          <w:r w:rsidRPr="00B75DEB">
            <w:rPr>
              <w:rFonts w:cstheme="minorHAnsi"/>
              <w:color w:val="000000"/>
              <w:spacing w:val="-2"/>
              <w:sz w:val="16"/>
              <w:szCs w:val="16"/>
              <w:lang w:val="it-IT"/>
            </w:rPr>
            <w:t>PER</w:t>
          </w:r>
          <w:r w:rsidRPr="00B75DEB">
            <w:rPr>
              <w:rFonts w:cstheme="minorHAnsi"/>
              <w:color w:val="000000"/>
              <w:spacing w:val="-2"/>
              <w:lang w:val="it-IT"/>
            </w:rPr>
            <w:t xml:space="preserve"> </w:t>
          </w:r>
          <w:r w:rsidRPr="00B75DEB">
            <w:rPr>
              <w:rFonts w:cstheme="minorHAnsi"/>
              <w:color w:val="000000"/>
              <w:spacing w:val="-2"/>
              <w:sz w:val="16"/>
              <w:szCs w:val="16"/>
              <w:lang w:val="it-IT"/>
            </w:rPr>
            <w:t>L’</w:t>
          </w:r>
          <w:r w:rsidRPr="00B75DEB">
            <w:rPr>
              <w:rFonts w:cstheme="minorHAnsi"/>
              <w:b/>
              <w:color w:val="365F91" w:themeColor="accent1" w:themeShade="BF"/>
              <w:spacing w:val="-2"/>
              <w:lang w:val="it-IT"/>
            </w:rPr>
            <w:t>E</w:t>
          </w:r>
          <w:r w:rsidRPr="00B75DEB">
            <w:rPr>
              <w:rFonts w:cstheme="minorHAnsi"/>
              <w:color w:val="000000"/>
              <w:spacing w:val="-2"/>
              <w:sz w:val="16"/>
              <w:szCs w:val="16"/>
              <w:lang w:val="it-IT"/>
            </w:rPr>
            <w:t>NOGASTRONOMIA</w:t>
          </w:r>
          <w:r w:rsidRPr="00B75DEB">
            <w:rPr>
              <w:rFonts w:cstheme="minorHAnsi"/>
              <w:color w:val="000000"/>
              <w:spacing w:val="-2"/>
              <w:lang w:val="it-IT"/>
            </w:rPr>
            <w:t xml:space="preserve"> </w:t>
          </w:r>
          <w:r w:rsidRPr="00B75DEB">
            <w:rPr>
              <w:rFonts w:cstheme="minorHAnsi"/>
              <w:color w:val="000000"/>
              <w:spacing w:val="-2"/>
              <w:sz w:val="16"/>
              <w:szCs w:val="16"/>
              <w:lang w:val="it-IT"/>
            </w:rPr>
            <w:t>E L’</w:t>
          </w:r>
          <w:r w:rsidRPr="00B75DEB">
            <w:rPr>
              <w:rFonts w:cstheme="minorHAnsi"/>
              <w:b/>
              <w:color w:val="365F91" w:themeColor="accent1" w:themeShade="BF"/>
              <w:spacing w:val="-2"/>
              <w:lang w:val="it-IT"/>
            </w:rPr>
            <w:t>O</w:t>
          </w:r>
          <w:r w:rsidRPr="00B75DEB">
            <w:rPr>
              <w:rFonts w:cstheme="minorHAnsi"/>
              <w:color w:val="000000"/>
              <w:spacing w:val="-2"/>
              <w:sz w:val="16"/>
              <w:szCs w:val="16"/>
              <w:lang w:val="it-IT"/>
            </w:rPr>
            <w:t>SPITALITÀ</w:t>
          </w:r>
          <w:r w:rsidRPr="00B75DEB">
            <w:rPr>
              <w:rFonts w:cstheme="minorHAnsi"/>
              <w:color w:val="000000"/>
              <w:spacing w:val="-2"/>
              <w:lang w:val="it-IT"/>
            </w:rPr>
            <w:t xml:space="preserve"> </w:t>
          </w:r>
          <w:r w:rsidRPr="00B75DEB">
            <w:rPr>
              <w:rFonts w:cstheme="minorHAnsi"/>
              <w:b/>
              <w:color w:val="365F91" w:themeColor="accent1" w:themeShade="BF"/>
              <w:spacing w:val="-2"/>
              <w:lang w:val="it-IT"/>
            </w:rPr>
            <w:t>A</w:t>
          </w:r>
          <w:r w:rsidRPr="00B75DEB">
            <w:rPr>
              <w:rFonts w:cstheme="minorHAnsi"/>
              <w:color w:val="000000"/>
              <w:spacing w:val="-2"/>
              <w:sz w:val="16"/>
              <w:szCs w:val="16"/>
              <w:lang w:val="it-IT"/>
            </w:rPr>
            <w:t>LBERGHIERA</w:t>
          </w:r>
        </w:p>
        <w:p w14:paraId="4AB6186D" w14:textId="77777777" w:rsidR="00F37DF4" w:rsidRPr="00B75DEB" w:rsidRDefault="00F37DF4" w:rsidP="00F37DF4">
          <w:pPr>
            <w:widowControl w:val="0"/>
            <w:autoSpaceDE w:val="0"/>
            <w:autoSpaceDN w:val="0"/>
            <w:adjustRightInd w:val="0"/>
            <w:spacing w:before="3" w:after="0"/>
            <w:ind w:left="-108" w:right="-108"/>
            <w:jc w:val="center"/>
            <w:rPr>
              <w:rFonts w:cstheme="minorHAnsi"/>
              <w:b/>
              <w:color w:val="365F91" w:themeColor="accent1" w:themeShade="BF"/>
              <w:spacing w:val="60"/>
              <w:lang w:val="it-IT"/>
            </w:rPr>
          </w:pPr>
          <w:r w:rsidRPr="00B75DEB">
            <w:rPr>
              <w:rFonts w:cstheme="minorHAnsi"/>
              <w:b/>
              <w:color w:val="365F91" w:themeColor="accent1" w:themeShade="BF"/>
              <w:spacing w:val="60"/>
              <w:lang w:val="it-IT"/>
            </w:rPr>
            <w:t xml:space="preserve">ELENA </w:t>
          </w:r>
          <w:r w:rsidRPr="00B75DEB">
            <w:rPr>
              <w:rFonts w:cstheme="minorHAnsi"/>
              <w:b/>
              <w:color w:val="365F91" w:themeColor="accent1" w:themeShade="BF"/>
              <w:spacing w:val="60"/>
              <w:w w:val="102"/>
              <w:lang w:val="it-IT"/>
            </w:rPr>
            <w:t>CORNARO</w:t>
          </w:r>
        </w:p>
        <w:p w14:paraId="46D3FBE4" w14:textId="77777777" w:rsidR="00F37DF4" w:rsidRPr="00B75DEB" w:rsidRDefault="00F37DF4" w:rsidP="00F37DF4">
          <w:pPr>
            <w:widowControl w:val="0"/>
            <w:autoSpaceDE w:val="0"/>
            <w:autoSpaceDN w:val="0"/>
            <w:adjustRightInd w:val="0"/>
            <w:spacing w:before="14" w:after="0"/>
            <w:ind w:left="-108" w:right="-108"/>
            <w:jc w:val="center"/>
            <w:rPr>
              <w:rFonts w:cstheme="minorHAnsi"/>
              <w:color w:val="0D0D0D" w:themeColor="text1" w:themeTint="F2"/>
              <w:spacing w:val="-2"/>
              <w:sz w:val="18"/>
              <w:szCs w:val="18"/>
              <w:lang w:val="it-IT"/>
            </w:rPr>
          </w:pPr>
          <w:r w:rsidRPr="00B75DEB">
            <w:rPr>
              <w:rFonts w:cstheme="minorHAnsi"/>
              <w:color w:val="0D0D0D" w:themeColor="text1" w:themeTint="F2"/>
              <w:sz w:val="18"/>
              <w:szCs w:val="18"/>
              <w:lang w:val="it-IT"/>
            </w:rPr>
            <w:t xml:space="preserve">Viale </w:t>
          </w:r>
          <w:r w:rsidRPr="00B75DEB">
            <w:rPr>
              <w:rFonts w:cstheme="minorHAnsi"/>
              <w:color w:val="0D0D0D" w:themeColor="text1" w:themeTint="F2"/>
              <w:spacing w:val="-2"/>
              <w:sz w:val="18"/>
              <w:szCs w:val="18"/>
              <w:lang w:val="it-IT"/>
            </w:rPr>
            <w:t>M</w:t>
          </w:r>
          <w:r w:rsidRPr="00B75DEB">
            <w:rPr>
              <w:rFonts w:cstheme="minorHAnsi"/>
              <w:color w:val="0D0D0D" w:themeColor="text1" w:themeTint="F2"/>
              <w:sz w:val="18"/>
              <w:szCs w:val="18"/>
              <w:lang w:val="it-IT"/>
            </w:rPr>
            <w:t>a</w:t>
          </w:r>
          <w:r w:rsidRPr="00B75DEB">
            <w:rPr>
              <w:rFonts w:cstheme="minorHAnsi"/>
              <w:color w:val="0D0D0D" w:themeColor="text1" w:themeTint="F2"/>
              <w:spacing w:val="2"/>
              <w:sz w:val="18"/>
              <w:szCs w:val="18"/>
              <w:lang w:val="it-IT"/>
            </w:rPr>
            <w:t>r</w:t>
          </w:r>
          <w:r w:rsidRPr="00B75DEB">
            <w:rPr>
              <w:rFonts w:cstheme="minorHAnsi"/>
              <w:color w:val="0D0D0D" w:themeColor="text1" w:themeTint="F2"/>
              <w:sz w:val="18"/>
              <w:szCs w:val="18"/>
              <w:lang w:val="it-IT"/>
            </w:rPr>
            <w:t>tin</w:t>
          </w:r>
          <w:r w:rsidRPr="00B75DEB">
            <w:rPr>
              <w:rFonts w:cstheme="minorHAnsi"/>
              <w:color w:val="0D0D0D" w:themeColor="text1" w:themeTint="F2"/>
              <w:spacing w:val="15"/>
              <w:sz w:val="18"/>
              <w:szCs w:val="18"/>
              <w:lang w:val="it-IT"/>
            </w:rPr>
            <w:t xml:space="preserve"> </w:t>
          </w:r>
          <w:r w:rsidRPr="00B75DEB">
            <w:rPr>
              <w:rFonts w:cstheme="minorHAnsi"/>
              <w:color w:val="0D0D0D" w:themeColor="text1" w:themeTint="F2"/>
              <w:spacing w:val="-2"/>
              <w:sz w:val="18"/>
              <w:szCs w:val="18"/>
              <w:lang w:val="it-IT"/>
            </w:rPr>
            <w:t xml:space="preserve">Luther King, 5 - 30016 Jesolo (ve) - tel. 042192535/93116 </w:t>
          </w:r>
        </w:p>
        <w:p w14:paraId="4D73420E" w14:textId="77777777" w:rsidR="00F37DF4" w:rsidRPr="00B75DEB" w:rsidRDefault="00F37DF4" w:rsidP="00F37DF4">
          <w:pPr>
            <w:widowControl w:val="0"/>
            <w:autoSpaceDE w:val="0"/>
            <w:autoSpaceDN w:val="0"/>
            <w:adjustRightInd w:val="0"/>
            <w:spacing w:before="15" w:after="0" w:line="256" w:lineRule="auto"/>
            <w:ind w:left="-108" w:right="-108"/>
            <w:jc w:val="center"/>
            <w:rPr>
              <w:rFonts w:cstheme="minorHAnsi"/>
              <w:color w:val="0D0D0D" w:themeColor="text1" w:themeTint="F2"/>
              <w:spacing w:val="-2"/>
              <w:sz w:val="18"/>
              <w:szCs w:val="18"/>
              <w:lang w:val="it-IT"/>
            </w:rPr>
          </w:pPr>
          <w:r w:rsidRPr="00B75DEB">
            <w:rPr>
              <w:rFonts w:cstheme="minorHAnsi"/>
              <w:color w:val="0D0D0D" w:themeColor="text1" w:themeTint="F2"/>
              <w:spacing w:val="-2"/>
              <w:sz w:val="18"/>
              <w:szCs w:val="18"/>
              <w:lang w:val="it-IT"/>
            </w:rPr>
            <w:t>cod. scuola verh020008 - cod. fiscale 93023530277</w:t>
          </w:r>
        </w:p>
        <w:p w14:paraId="59B9DFF6" w14:textId="77777777" w:rsidR="00F37DF4" w:rsidRPr="005779C7" w:rsidRDefault="00F37DF4" w:rsidP="00F37DF4">
          <w:pPr>
            <w:widowControl w:val="0"/>
            <w:autoSpaceDE w:val="0"/>
            <w:autoSpaceDN w:val="0"/>
            <w:adjustRightInd w:val="0"/>
            <w:spacing w:before="15" w:after="0" w:line="256" w:lineRule="auto"/>
            <w:ind w:left="-108" w:right="-108"/>
            <w:jc w:val="center"/>
            <w:rPr>
              <w:rFonts w:cs="Calibri"/>
              <w:color w:val="000000"/>
              <w:sz w:val="20"/>
              <w:szCs w:val="20"/>
            </w:rPr>
          </w:pPr>
          <w:r w:rsidRPr="006E5D36">
            <w:rPr>
              <w:sz w:val="16"/>
              <w:szCs w:val="16"/>
            </w:rPr>
            <w:t>SITE</w:t>
          </w:r>
          <w:r w:rsidRPr="001864A8">
            <w:rPr>
              <w:sz w:val="18"/>
              <w:szCs w:val="18"/>
            </w:rPr>
            <w:t xml:space="preserve"> </w:t>
          </w:r>
          <w:hyperlink r:id="rId2" w:history="1">
            <w:r w:rsidRPr="006E5D36">
              <w:rPr>
                <w:rStyle w:val="Collegamentoipertestuale"/>
                <w:rFonts w:cstheme="minorHAnsi"/>
                <w:b/>
                <w:color w:val="365F91" w:themeColor="accent1" w:themeShade="BF"/>
                <w:spacing w:val="-2"/>
                <w:sz w:val="18"/>
                <w:szCs w:val="18"/>
              </w:rPr>
              <w:t>www.cornaro.</w:t>
            </w:r>
            <w:r w:rsidRPr="006E5D36">
              <w:rPr>
                <w:rStyle w:val="Collegamentoipertestuale"/>
                <w:rFonts w:cstheme="minorHAnsi"/>
                <w:b/>
                <w:color w:val="365F91" w:themeColor="accent1" w:themeShade="BF"/>
                <w:sz w:val="18"/>
                <w:szCs w:val="18"/>
              </w:rPr>
              <w:t>edu.it</w:t>
            </w:r>
          </w:hyperlink>
          <w:r w:rsidRPr="006E5D36">
            <w:rPr>
              <w:rFonts w:cstheme="minorHAnsi"/>
              <w:color w:val="365F91" w:themeColor="accent1" w:themeShade="BF"/>
              <w:sz w:val="18"/>
              <w:szCs w:val="18"/>
            </w:rPr>
            <w:t xml:space="preserve"> </w:t>
          </w:r>
          <w:r w:rsidRPr="001864A8">
            <w:rPr>
              <w:rFonts w:cstheme="minorHAnsi"/>
              <w:color w:val="0D0D0D" w:themeColor="text1" w:themeTint="F2"/>
              <w:spacing w:val="-2"/>
              <w:sz w:val="18"/>
              <w:szCs w:val="18"/>
            </w:rPr>
            <w:t xml:space="preserve"> </w:t>
          </w:r>
          <w:r>
            <w:rPr>
              <w:rFonts w:cstheme="minorHAnsi"/>
              <w:color w:val="0D0D0D" w:themeColor="text1" w:themeTint="F2"/>
              <w:spacing w:val="-2"/>
              <w:sz w:val="18"/>
              <w:szCs w:val="18"/>
            </w:rPr>
            <w:t xml:space="preserve"> </w:t>
          </w:r>
          <w:r w:rsidRPr="006E5D36">
            <w:rPr>
              <w:rFonts w:cstheme="minorHAnsi"/>
              <w:color w:val="0D0D0D" w:themeColor="text1" w:themeTint="F2"/>
              <w:spacing w:val="-2"/>
              <w:sz w:val="16"/>
              <w:szCs w:val="16"/>
            </w:rPr>
            <w:t>PEO</w:t>
          </w:r>
          <w:r w:rsidRPr="001864A8">
            <w:rPr>
              <w:rFonts w:cstheme="minorHAnsi"/>
              <w:color w:val="0D0D0D" w:themeColor="text1" w:themeTint="F2"/>
              <w:spacing w:val="-2"/>
              <w:sz w:val="18"/>
              <w:szCs w:val="18"/>
            </w:rPr>
            <w:t xml:space="preserve"> </w:t>
          </w:r>
          <w:hyperlink r:id="rId3" w:history="1">
            <w:r w:rsidRPr="006E5D36">
              <w:rPr>
                <w:rStyle w:val="Collegamentoipertestuale"/>
                <w:rFonts w:cstheme="minorHAnsi"/>
                <w:b/>
                <w:color w:val="365F91" w:themeColor="accent1" w:themeShade="BF"/>
                <w:spacing w:val="-2"/>
                <w:sz w:val="18"/>
                <w:szCs w:val="18"/>
              </w:rPr>
              <w:t>verh020008@istruzione.it</w:t>
            </w:r>
          </w:hyperlink>
          <w:r w:rsidRPr="006E5D36">
            <w:rPr>
              <w:rFonts w:cstheme="minorHAnsi"/>
              <w:color w:val="365F91" w:themeColor="accent1" w:themeShade="BF"/>
              <w:spacing w:val="-2"/>
              <w:sz w:val="18"/>
              <w:szCs w:val="18"/>
            </w:rPr>
            <w:t xml:space="preserve"> </w:t>
          </w:r>
          <w:r w:rsidRPr="001864A8">
            <w:rPr>
              <w:rFonts w:cstheme="minorHAnsi"/>
              <w:color w:val="0D0D0D" w:themeColor="text1" w:themeTint="F2"/>
              <w:spacing w:val="-2"/>
              <w:sz w:val="18"/>
              <w:szCs w:val="18"/>
            </w:rPr>
            <w:t xml:space="preserve">  </w:t>
          </w:r>
          <w:r w:rsidRPr="006E5D36">
            <w:rPr>
              <w:rFonts w:cstheme="minorHAnsi"/>
              <w:color w:val="0D0D0D" w:themeColor="text1" w:themeTint="F2"/>
              <w:spacing w:val="-2"/>
              <w:sz w:val="16"/>
              <w:szCs w:val="16"/>
            </w:rPr>
            <w:t>PEC</w:t>
          </w:r>
          <w:r w:rsidRPr="001864A8">
            <w:rPr>
              <w:rFonts w:cstheme="minorHAnsi"/>
              <w:color w:val="0D0D0D" w:themeColor="text1" w:themeTint="F2"/>
              <w:spacing w:val="-2"/>
              <w:sz w:val="18"/>
              <w:szCs w:val="18"/>
            </w:rPr>
            <w:t xml:space="preserve"> </w:t>
          </w:r>
          <w:hyperlink r:id="rId4" w:history="1">
            <w:r w:rsidRPr="006E5D36">
              <w:rPr>
                <w:rStyle w:val="Collegamentoipertestuale"/>
                <w:rFonts w:cstheme="minorHAnsi"/>
                <w:b/>
                <w:color w:val="365F91" w:themeColor="accent1" w:themeShade="BF"/>
                <w:spacing w:val="-2"/>
                <w:sz w:val="18"/>
                <w:szCs w:val="18"/>
              </w:rPr>
              <w:t>verh020008@pec.istruzione.it</w:t>
            </w:r>
          </w:hyperlink>
          <w:r w:rsidRPr="006E5D36">
            <w:rPr>
              <w:rFonts w:cs="Calibri"/>
              <w:b/>
              <w:color w:val="365F91" w:themeColor="accent1" w:themeShade="BF"/>
              <w:spacing w:val="-2"/>
              <w:sz w:val="18"/>
              <w:szCs w:val="18"/>
            </w:rPr>
            <w:t xml:space="preserve"> </w:t>
          </w:r>
        </w:p>
      </w:tc>
      <w:tc>
        <w:tcPr>
          <w:tcW w:w="1443" w:type="dxa"/>
        </w:tcPr>
        <w:p w14:paraId="4AD1C824" w14:textId="77777777" w:rsidR="00F37DF4" w:rsidRPr="00780C29" w:rsidRDefault="00F37DF4" w:rsidP="00F37DF4">
          <w:pPr>
            <w:pStyle w:val="Intestazione"/>
            <w:jc w:val="right"/>
          </w:pPr>
          <w:r w:rsidRPr="00F92FE3">
            <w:rPr>
              <w:rFonts w:ascii="Times New Roman" w:hAnsi="Times New Roman"/>
              <w:noProof/>
              <w:lang w:eastAsia="it-IT"/>
            </w:rPr>
            <w:drawing>
              <wp:inline distT="0" distB="0" distL="0" distR="0" wp14:anchorId="41780179" wp14:editId="33DD560F">
                <wp:extent cx="576112" cy="826793"/>
                <wp:effectExtent l="0" t="0" r="0" b="0"/>
                <wp:docPr id="56" name="Immagine 56" descr="C:\Users\luca\Desktop\provv\Senza-titolo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luca\Desktop\provv\Senza-titolo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7725" cy="8291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5A9527D" w14:textId="77777777" w:rsidR="00F37DF4" w:rsidRDefault="00F37DF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4D5DFC"/>
    <w:multiLevelType w:val="hybridMultilevel"/>
    <w:tmpl w:val="F1A6EFA6"/>
    <w:lvl w:ilvl="0" w:tplc="4776D24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2563AF"/>
    <w:multiLevelType w:val="multilevel"/>
    <w:tmpl w:val="D92870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881406310">
    <w:abstractNumId w:val="8"/>
  </w:num>
  <w:num w:numId="2" w16cid:durableId="490676647">
    <w:abstractNumId w:val="6"/>
  </w:num>
  <w:num w:numId="3" w16cid:durableId="1067337826">
    <w:abstractNumId w:val="5"/>
  </w:num>
  <w:num w:numId="4" w16cid:durableId="536040660">
    <w:abstractNumId w:val="4"/>
  </w:num>
  <w:num w:numId="5" w16cid:durableId="641887951">
    <w:abstractNumId w:val="7"/>
  </w:num>
  <w:num w:numId="6" w16cid:durableId="964893457">
    <w:abstractNumId w:val="3"/>
  </w:num>
  <w:num w:numId="7" w16cid:durableId="240797157">
    <w:abstractNumId w:val="2"/>
  </w:num>
  <w:num w:numId="8" w16cid:durableId="1035500308">
    <w:abstractNumId w:val="1"/>
  </w:num>
  <w:num w:numId="9" w16cid:durableId="2103647639">
    <w:abstractNumId w:val="0"/>
  </w:num>
  <w:num w:numId="10" w16cid:durableId="568659247">
    <w:abstractNumId w:val="10"/>
  </w:num>
  <w:num w:numId="11" w16cid:durableId="2007632428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2ED9"/>
    <w:rsid w:val="0015074B"/>
    <w:rsid w:val="00216C22"/>
    <w:rsid w:val="0029639D"/>
    <w:rsid w:val="00326F90"/>
    <w:rsid w:val="00343F3B"/>
    <w:rsid w:val="00543E30"/>
    <w:rsid w:val="00862D15"/>
    <w:rsid w:val="009B0DB1"/>
    <w:rsid w:val="009B2615"/>
    <w:rsid w:val="00AA1D8D"/>
    <w:rsid w:val="00B14E4A"/>
    <w:rsid w:val="00B47730"/>
    <w:rsid w:val="00B75DEB"/>
    <w:rsid w:val="00CB0664"/>
    <w:rsid w:val="00CC680A"/>
    <w:rsid w:val="00F060EE"/>
    <w:rsid w:val="00F37D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4A4523"/>
  <w14:defaultImageDpi w14:val="300"/>
  <w15:docId w15:val="{186922A0-E6F4-4979-8837-FD1B3B41B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rsid w:val="00F37DF4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9B2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rh020008@istruzione.it" TargetMode="External"/><Relationship Id="rId2" Type="http://schemas.openxmlformats.org/officeDocument/2006/relationships/hyperlink" Target="http://www.cornaro.edu.it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png"/><Relationship Id="rId4" Type="http://schemas.openxmlformats.org/officeDocument/2006/relationships/hyperlink" Target="mailto:verh020008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232</Words>
  <Characters>1766</Characters>
  <Application>Microsoft Office Word</Application>
  <DocSecurity>0</DocSecurity>
  <Lines>56</Lines>
  <Paragraphs>26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Andrea Santolini</cp:lastModifiedBy>
  <cp:revision>3</cp:revision>
  <dcterms:created xsi:type="dcterms:W3CDTF">2025-09-09T18:03:00Z</dcterms:created>
  <dcterms:modified xsi:type="dcterms:W3CDTF">2026-09-08T14:12:00Z</dcterms:modified>
  <cp:category/>
</cp:coreProperties>
</file>